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ציטוט ומשמעות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להבין משמעות של ביטוי, דימוי ורמז בהקשר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https://sifrut-hachaver.sites.tab.bot/pe-tziutim.html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כל ציטוט קצר (עד 8 מילים); יש לחזור למקראה כדי לראות את ההקשר.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הצחוק של החבר נשאר טהור ונקי בזיכרון המספר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הכיתה דמיינה את ביתו כמפואר בלי לראות אותו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התסרוקת של האישה רמזה שהיא אישה פשוטה וענייה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לחבר ולאישה היה סוד משותף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בכי של כאב עמוק ואמיתי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המספר יהיה זה שיפגע בחבר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💬 ציטוט ומשמעות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כל ציטוט קצר מהיצירה ובחרו את המשמעות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מה פירוש הציטוט?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"כמו מים שנשארו צלולים"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החבר אהב לשחות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הצחוק של החבר נשאר טהור ונקי בזיכרון המספר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"הצטייר בעינינו מלכותי"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הכיתה ביקרה בביתו וראתה ארמון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הכיתה דמיינה את ביתו כמפואר בלי לראות אותו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"כמנהג פשוטות העם"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התסרוקת של האישה רמזה שהיא אישה פשוטה וענייה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האישה הייתה מלכה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"שותפות לדבר עבֵרה"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החבר והאישה גנבו משהו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לחבר ולאישה היה סוד משותף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"מר כמו זה של מבוגרים בכאבם"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בכי של ילד מפונק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בכי של כאב עמוק ואמיתי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"הנקמה נשמרה בשבילי"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המספר שכח את הנקמה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המספר יהיה זה שיפגע בחבר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ציטוט אחד שנגע בכם. כתבו מה הוא אומר ומה הוא מעורר בכם.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ציטוט ומשמעות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