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ציטוט ומשמעות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להבין משמעות של ביטוי, דימוי ורמז בהקשר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https://sifrut-hachaver.sites.tab.bot/pe-tziutim.html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ציטוט קצר (עד 8 מילים); יש לחזור למקראה כדי לראות את ההקשר.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הצחוק של החבר נשאר טהור ונקי בזיכרון המספר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הכיתה דמיינה את ביתו כמפואר בלי לראות אותו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התסרוקת של האישה רמזה שהיא אישה פשוטה וענייה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לחבר ולאישה היה סוד משותף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בכי של כאב עמוק ואמיתי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המספר יהיה זה שיפגע בחבר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דימוי; הזיכרון של צחוק החבר נשאר טהור וזך.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מתבייש; מרגיש שהמילים זרות לו, כאילו הבוז של הכיתה דיבר מתוכו.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💬 ציטוט ומשמעות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ציטוט קצר מהיצירה ובחרו את המשמעות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רב־מלאך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👼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מלאך חשוב מאוד; כינוי של הערצה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צמה / פקעת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שיער קלוע / שיער אסוף בעיגול מאחור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מפלט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דרך מוצא, מקום לברוח אליו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זלזול חזק במישהו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פירוש הציטוט?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"כמו מים שנשארו צלולים"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הצחוק של החבר נשאר טהור ונקי בזיכרון המספר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החבר אהב לשחות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המספר שכח את החבר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"הצטייר בעינינו מלכותי"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הכיתה ביקרה בביתו וראתה ארמון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הכיתה דמיינה את ביתו כמפואר בלי לראות אותו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החבר סיפר שהוא נסיך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"כמנהג פשוטות העם"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התסרוקת של האישה רמזה שהיא אישה פשוטה וענייה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האישה הייתה מלכה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זו הייתה אופנה של עשירים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"שותפות לדבר עבֵרה"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החבר והאישה גנבו משהו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לחבר ולאישה היה סוד משותף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האישה כעסה עליו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"מר כמו זה של מבוגרים בכאבם"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בכי של ילד מפונק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בכי של כאב עמוק ואמיתי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בכי מצחיק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"הנקמה נשמרה בשבילי"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המספר יהיה זה שיפגע בחבר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המספר שכח את הנקמה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המורה העניש את החבר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הסבירו במילים 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"כמו מים שנשארו צלולים" – איזה אמצעי אמנותי זה? מה הוא מבטא?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"איני יודע מי צר בשבילי את משפט התשובה" – מה מרגיש המספר כלפי המילים שאמר?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ציטוט אחד שנגע בכם. כתבו מה הוא אומר ומה הוא מעורר בכם.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ציטוט ומשמעות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